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C30ED" w:rsidRPr="007F1BC8" w:rsidRDefault="00000000" w:rsidP="002829F5">
      <w:pPr>
        <w:spacing w:before="20" w:after="60"/>
        <w:jc w:val="center"/>
        <w:rPr>
          <w:rFonts w:ascii="Trebuchet MS" w:hAnsi="Trebuchet MS"/>
          <w:sz w:val="28"/>
          <w:szCs w:val="28"/>
        </w:rPr>
      </w:pPr>
      <w:r w:rsidRPr="007F1BC8">
        <w:rPr>
          <w:rFonts w:ascii="Trebuchet MS" w:hAnsi="Trebuchet MS"/>
          <w:b/>
          <w:sz w:val="28"/>
          <w:szCs w:val="28"/>
        </w:rPr>
        <w:t>SURAT PERMOHONAN PENGUNDURAN DIRI</w:t>
      </w:r>
    </w:p>
    <w:p w:rsidR="002829F5" w:rsidRDefault="002829F5" w:rsidP="002829F5">
      <w:pPr>
        <w:spacing w:after="40"/>
        <w:jc w:val="both"/>
        <w:rPr>
          <w:rFonts w:ascii="Trebuchet MS" w:hAnsi="Trebuchet MS"/>
        </w:rPr>
      </w:pPr>
    </w:p>
    <w:p w:rsidR="002C30ED" w:rsidRDefault="00000000" w:rsidP="002829F5">
      <w:pPr>
        <w:spacing w:after="40"/>
        <w:jc w:val="both"/>
        <w:rPr>
          <w:rFonts w:ascii="Trebuchet MS" w:hAnsi="Trebuchet MS"/>
          <w:sz w:val="24"/>
          <w:szCs w:val="24"/>
        </w:rPr>
      </w:pPr>
      <w:proofErr w:type="spellStart"/>
      <w:r w:rsidRPr="002829F5">
        <w:rPr>
          <w:rFonts w:ascii="Trebuchet MS" w:hAnsi="Trebuchet MS"/>
          <w:sz w:val="24"/>
          <w:szCs w:val="24"/>
        </w:rPr>
        <w:t>Yth</w:t>
      </w:r>
      <w:proofErr w:type="spellEnd"/>
      <w:r w:rsidRPr="002829F5">
        <w:rPr>
          <w:rFonts w:ascii="Trebuchet MS" w:hAnsi="Trebuchet MS"/>
          <w:sz w:val="24"/>
          <w:szCs w:val="24"/>
        </w:rPr>
        <w:t xml:space="preserve">. </w:t>
      </w:r>
      <w:proofErr w:type="spellStart"/>
      <w:r w:rsidR="002829F5">
        <w:rPr>
          <w:rFonts w:ascii="Trebuchet MS" w:hAnsi="Trebuchet MS"/>
          <w:sz w:val="24"/>
          <w:szCs w:val="24"/>
        </w:rPr>
        <w:t>Ketua</w:t>
      </w:r>
      <w:proofErr w:type="spellEnd"/>
    </w:p>
    <w:p w:rsidR="002829F5" w:rsidRPr="002829F5" w:rsidRDefault="002829F5" w:rsidP="002829F5">
      <w:pPr>
        <w:spacing w:after="40"/>
        <w:jc w:val="both"/>
        <w:rPr>
          <w:rFonts w:ascii="Trebuchet MS" w:hAnsi="Trebuchet MS"/>
          <w:sz w:val="24"/>
          <w:szCs w:val="24"/>
        </w:rPr>
      </w:pPr>
      <w:proofErr w:type="spellStart"/>
      <w:r>
        <w:rPr>
          <w:rFonts w:ascii="Trebuchet MS" w:hAnsi="Trebuchet MS"/>
          <w:sz w:val="24"/>
          <w:szCs w:val="24"/>
        </w:rPr>
        <w:t>STIKes</w:t>
      </w:r>
      <w:proofErr w:type="spellEnd"/>
      <w:r>
        <w:rPr>
          <w:rFonts w:ascii="Trebuchet MS" w:hAnsi="Trebuchet MS"/>
          <w:sz w:val="24"/>
          <w:szCs w:val="24"/>
        </w:rPr>
        <w:t xml:space="preserve"> Permata Nusantara</w:t>
      </w:r>
    </w:p>
    <w:p w:rsidR="002829F5" w:rsidRPr="002829F5" w:rsidRDefault="002829F5">
      <w:pPr>
        <w:spacing w:after="40"/>
        <w:rPr>
          <w:rFonts w:ascii="Trebuchet MS" w:hAnsi="Trebuchet MS"/>
          <w:i/>
          <w:sz w:val="24"/>
          <w:szCs w:val="24"/>
        </w:rPr>
      </w:pPr>
    </w:p>
    <w:p w:rsidR="002C30ED" w:rsidRPr="002829F5" w:rsidRDefault="00000000">
      <w:pPr>
        <w:spacing w:after="40"/>
        <w:rPr>
          <w:rFonts w:ascii="Trebuchet MS" w:hAnsi="Trebuchet MS"/>
          <w:sz w:val="24"/>
          <w:szCs w:val="24"/>
        </w:rPr>
      </w:pPr>
      <w:r w:rsidRPr="002829F5">
        <w:rPr>
          <w:rFonts w:ascii="Trebuchet MS" w:hAnsi="Trebuchet MS"/>
          <w:sz w:val="24"/>
          <w:szCs w:val="24"/>
        </w:rPr>
        <w:t xml:space="preserve">Yang </w:t>
      </w:r>
      <w:proofErr w:type="spellStart"/>
      <w:r w:rsidRPr="002829F5">
        <w:rPr>
          <w:rFonts w:ascii="Trebuchet MS" w:hAnsi="Trebuchet MS"/>
          <w:sz w:val="24"/>
          <w:szCs w:val="24"/>
        </w:rPr>
        <w:t>bertanda</w:t>
      </w:r>
      <w:proofErr w:type="spellEnd"/>
      <w:r w:rsidRPr="002829F5">
        <w:rPr>
          <w:rFonts w:ascii="Trebuchet MS" w:hAnsi="Trebuchet MS"/>
          <w:sz w:val="24"/>
          <w:szCs w:val="24"/>
        </w:rPr>
        <w:t xml:space="preserve"> </w:t>
      </w:r>
      <w:proofErr w:type="spellStart"/>
      <w:r w:rsidRPr="002829F5">
        <w:rPr>
          <w:rFonts w:ascii="Trebuchet MS" w:hAnsi="Trebuchet MS"/>
          <w:sz w:val="24"/>
          <w:szCs w:val="24"/>
        </w:rPr>
        <w:t>tangan</w:t>
      </w:r>
      <w:proofErr w:type="spellEnd"/>
      <w:r w:rsidRPr="002829F5">
        <w:rPr>
          <w:rFonts w:ascii="Trebuchet MS" w:hAnsi="Trebuchet MS"/>
          <w:sz w:val="24"/>
          <w:szCs w:val="24"/>
        </w:rPr>
        <w:t xml:space="preserve"> di </w:t>
      </w:r>
      <w:proofErr w:type="spellStart"/>
      <w:r w:rsidRPr="002829F5">
        <w:rPr>
          <w:rFonts w:ascii="Trebuchet MS" w:hAnsi="Trebuchet MS"/>
          <w:sz w:val="24"/>
          <w:szCs w:val="24"/>
        </w:rPr>
        <w:t>bawah</w:t>
      </w:r>
      <w:proofErr w:type="spellEnd"/>
      <w:r w:rsidRPr="002829F5">
        <w:rPr>
          <w:rFonts w:ascii="Trebuchet MS" w:hAnsi="Trebuchet MS"/>
          <w:sz w:val="24"/>
          <w:szCs w:val="24"/>
        </w:rPr>
        <w:t xml:space="preserve"> ini:</w:t>
      </w:r>
    </w:p>
    <w:tbl>
      <w:tblPr>
        <w:tblStyle w:val="TableGrid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425"/>
        <w:gridCol w:w="6299"/>
      </w:tblGrid>
      <w:tr w:rsidR="002829F5" w:rsidTr="002829F5">
        <w:tc>
          <w:tcPr>
            <w:tcW w:w="2410" w:type="dxa"/>
          </w:tcPr>
          <w:p w:rsidR="002829F5" w:rsidRPr="00D40C0B" w:rsidRDefault="002829F5" w:rsidP="002829F5">
            <w:pPr>
              <w:spacing w:line="360" w:lineRule="auto"/>
              <w:rPr>
                <w:rFonts w:ascii="Trebuchet MS" w:hAnsi="Trebuchet MS"/>
              </w:rPr>
            </w:pPr>
            <w:r>
              <w:rPr>
                <w:rFonts w:ascii="Trebuchet MS" w:hAnsi="Trebuchet MS"/>
                <w:sz w:val="24"/>
                <w:szCs w:val="24"/>
              </w:rPr>
              <w:t>Nama</w:t>
            </w:r>
          </w:p>
        </w:tc>
        <w:tc>
          <w:tcPr>
            <w:tcW w:w="425" w:type="dxa"/>
          </w:tcPr>
          <w:p w:rsidR="002829F5" w:rsidRPr="00D40C0B" w:rsidRDefault="002829F5" w:rsidP="002829F5">
            <w:pPr>
              <w:spacing w:line="360" w:lineRule="auto"/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:</w:t>
            </w:r>
          </w:p>
        </w:tc>
        <w:tc>
          <w:tcPr>
            <w:tcW w:w="6299" w:type="dxa"/>
          </w:tcPr>
          <w:p w:rsidR="002829F5" w:rsidRPr="00D40C0B" w:rsidRDefault="002829F5" w:rsidP="002829F5">
            <w:pPr>
              <w:spacing w:line="360" w:lineRule="auto"/>
              <w:rPr>
                <w:rFonts w:ascii="Trebuchet MS" w:hAnsi="Trebuchet MS"/>
              </w:rPr>
            </w:pPr>
          </w:p>
        </w:tc>
      </w:tr>
      <w:tr w:rsidR="002829F5" w:rsidTr="002829F5">
        <w:tc>
          <w:tcPr>
            <w:tcW w:w="2410" w:type="dxa"/>
          </w:tcPr>
          <w:p w:rsidR="002829F5" w:rsidRPr="00D40C0B" w:rsidRDefault="002829F5" w:rsidP="002829F5">
            <w:pPr>
              <w:spacing w:line="360" w:lineRule="auto"/>
              <w:rPr>
                <w:rFonts w:ascii="Trebuchet MS" w:hAnsi="Trebuchet MS"/>
              </w:rPr>
            </w:pPr>
            <w:r w:rsidRPr="00D40C0B">
              <w:rPr>
                <w:rFonts w:ascii="Trebuchet MS" w:hAnsi="Trebuchet MS"/>
                <w:sz w:val="24"/>
                <w:szCs w:val="24"/>
              </w:rPr>
              <w:t xml:space="preserve">NIM </w:t>
            </w:r>
          </w:p>
        </w:tc>
        <w:tc>
          <w:tcPr>
            <w:tcW w:w="425" w:type="dxa"/>
          </w:tcPr>
          <w:p w:rsidR="002829F5" w:rsidRPr="00D40C0B" w:rsidRDefault="002829F5" w:rsidP="002829F5">
            <w:pPr>
              <w:spacing w:line="360" w:lineRule="auto"/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:</w:t>
            </w:r>
          </w:p>
        </w:tc>
        <w:tc>
          <w:tcPr>
            <w:tcW w:w="6299" w:type="dxa"/>
          </w:tcPr>
          <w:p w:rsidR="002829F5" w:rsidRPr="00D40C0B" w:rsidRDefault="002829F5" w:rsidP="002829F5">
            <w:pPr>
              <w:spacing w:line="360" w:lineRule="auto"/>
              <w:rPr>
                <w:rFonts w:ascii="Trebuchet MS" w:hAnsi="Trebuchet MS"/>
              </w:rPr>
            </w:pPr>
          </w:p>
        </w:tc>
      </w:tr>
      <w:tr w:rsidR="002829F5" w:rsidTr="002829F5">
        <w:tc>
          <w:tcPr>
            <w:tcW w:w="2410" w:type="dxa"/>
          </w:tcPr>
          <w:p w:rsidR="002829F5" w:rsidRDefault="002829F5" w:rsidP="002829F5">
            <w:pPr>
              <w:spacing w:line="360" w:lineRule="auto"/>
            </w:pPr>
            <w:r w:rsidRPr="00D40C0B">
              <w:rPr>
                <w:rFonts w:ascii="Trebuchet MS" w:hAnsi="Trebuchet MS"/>
                <w:sz w:val="24"/>
                <w:szCs w:val="24"/>
              </w:rPr>
              <w:t xml:space="preserve">Program </w:t>
            </w:r>
            <w:proofErr w:type="spellStart"/>
            <w:r w:rsidRPr="00D40C0B">
              <w:rPr>
                <w:rFonts w:ascii="Trebuchet MS" w:hAnsi="Trebuchet MS"/>
                <w:sz w:val="24"/>
                <w:szCs w:val="24"/>
              </w:rPr>
              <w:t>Stud</w:t>
            </w:r>
            <w:r>
              <w:rPr>
                <w:rFonts w:ascii="Trebuchet MS" w:hAnsi="Trebuchet MS"/>
                <w:sz w:val="24"/>
                <w:szCs w:val="24"/>
              </w:rPr>
              <w:t>i</w:t>
            </w:r>
            <w:proofErr w:type="spellEnd"/>
          </w:p>
        </w:tc>
        <w:tc>
          <w:tcPr>
            <w:tcW w:w="425" w:type="dxa"/>
          </w:tcPr>
          <w:p w:rsidR="002829F5" w:rsidRDefault="002829F5" w:rsidP="002829F5">
            <w:pPr>
              <w:spacing w:line="360" w:lineRule="auto"/>
            </w:pPr>
            <w:r>
              <w:t>:</w:t>
            </w:r>
          </w:p>
        </w:tc>
        <w:tc>
          <w:tcPr>
            <w:tcW w:w="6299" w:type="dxa"/>
          </w:tcPr>
          <w:p w:rsidR="002829F5" w:rsidRDefault="002829F5" w:rsidP="002829F5">
            <w:pPr>
              <w:spacing w:line="360" w:lineRule="auto"/>
            </w:pPr>
          </w:p>
        </w:tc>
      </w:tr>
    </w:tbl>
    <w:p w:rsidR="002C30ED" w:rsidRPr="002829F5" w:rsidRDefault="002C30ED">
      <w:pPr>
        <w:spacing w:after="40"/>
        <w:rPr>
          <w:rFonts w:ascii="Trebuchet MS" w:hAnsi="Trebuchet MS"/>
          <w:sz w:val="24"/>
          <w:szCs w:val="24"/>
        </w:rPr>
      </w:pPr>
    </w:p>
    <w:p w:rsidR="002C30ED" w:rsidRPr="002829F5" w:rsidRDefault="00000000" w:rsidP="002829F5">
      <w:pPr>
        <w:spacing w:before="160" w:after="40"/>
        <w:jc w:val="both"/>
        <w:rPr>
          <w:rFonts w:ascii="Trebuchet MS" w:hAnsi="Trebuchet MS"/>
          <w:sz w:val="24"/>
          <w:szCs w:val="24"/>
        </w:rPr>
      </w:pPr>
      <w:r w:rsidRPr="002829F5">
        <w:rPr>
          <w:rFonts w:ascii="Trebuchet MS" w:hAnsi="Trebuchet MS"/>
          <w:sz w:val="24"/>
          <w:szCs w:val="24"/>
        </w:rPr>
        <w:t xml:space="preserve">dengan ini mengajukan permohonan pengunduran diri </w:t>
      </w:r>
      <w:proofErr w:type="spellStart"/>
      <w:r w:rsidRPr="002829F5">
        <w:rPr>
          <w:rFonts w:ascii="Trebuchet MS" w:hAnsi="Trebuchet MS"/>
          <w:sz w:val="24"/>
          <w:szCs w:val="24"/>
        </w:rPr>
        <w:t>mulai</w:t>
      </w:r>
      <w:proofErr w:type="spellEnd"/>
      <w:r w:rsidRPr="002829F5">
        <w:rPr>
          <w:rFonts w:ascii="Trebuchet MS" w:hAnsi="Trebuchet MS"/>
          <w:sz w:val="24"/>
          <w:szCs w:val="24"/>
        </w:rPr>
        <w:t xml:space="preserve"> semester </w:t>
      </w:r>
      <w:proofErr w:type="spellStart"/>
      <w:r w:rsidRPr="002829F5">
        <w:rPr>
          <w:rFonts w:ascii="Trebuchet MS" w:hAnsi="Trebuchet MS"/>
          <w:sz w:val="24"/>
          <w:szCs w:val="24"/>
        </w:rPr>
        <w:t>Gasal</w:t>
      </w:r>
      <w:proofErr w:type="spellEnd"/>
      <w:r w:rsidRPr="002829F5">
        <w:rPr>
          <w:rFonts w:ascii="Trebuchet MS" w:hAnsi="Trebuchet MS"/>
          <w:sz w:val="24"/>
          <w:szCs w:val="24"/>
        </w:rPr>
        <w:t>/</w:t>
      </w:r>
      <w:proofErr w:type="spellStart"/>
      <w:r w:rsidRPr="002829F5">
        <w:rPr>
          <w:rFonts w:ascii="Trebuchet MS" w:hAnsi="Trebuchet MS"/>
          <w:sz w:val="24"/>
          <w:szCs w:val="24"/>
        </w:rPr>
        <w:t>Genap</w:t>
      </w:r>
      <w:proofErr w:type="spellEnd"/>
      <w:r w:rsidRPr="002829F5">
        <w:rPr>
          <w:rFonts w:ascii="Trebuchet MS" w:hAnsi="Trebuchet MS"/>
          <w:sz w:val="24"/>
          <w:szCs w:val="24"/>
        </w:rPr>
        <w:t xml:space="preserve">*) </w:t>
      </w:r>
      <w:proofErr w:type="spellStart"/>
      <w:r w:rsidRPr="002829F5">
        <w:rPr>
          <w:rFonts w:ascii="Trebuchet MS" w:hAnsi="Trebuchet MS"/>
          <w:sz w:val="24"/>
          <w:szCs w:val="24"/>
        </w:rPr>
        <w:t>tahun</w:t>
      </w:r>
      <w:proofErr w:type="spellEnd"/>
      <w:r w:rsidR="002829F5">
        <w:rPr>
          <w:rFonts w:ascii="Trebuchet MS" w:hAnsi="Trebuchet MS"/>
          <w:sz w:val="24"/>
          <w:szCs w:val="24"/>
        </w:rPr>
        <w:t xml:space="preserve"> </w:t>
      </w:r>
      <w:proofErr w:type="spellStart"/>
      <w:r w:rsidRPr="002829F5">
        <w:rPr>
          <w:rFonts w:ascii="Trebuchet MS" w:hAnsi="Trebuchet MS"/>
          <w:sz w:val="24"/>
          <w:szCs w:val="24"/>
        </w:rPr>
        <w:t>akademik</w:t>
      </w:r>
      <w:proofErr w:type="spellEnd"/>
      <w:r w:rsidRPr="002829F5">
        <w:rPr>
          <w:rFonts w:ascii="Trebuchet MS" w:hAnsi="Trebuchet MS"/>
          <w:sz w:val="24"/>
          <w:szCs w:val="24"/>
        </w:rPr>
        <w:t>.......................</w:t>
      </w:r>
      <w:r w:rsidR="002829F5">
        <w:rPr>
          <w:rFonts w:ascii="Trebuchet MS" w:hAnsi="Trebuchet MS"/>
          <w:sz w:val="24"/>
          <w:szCs w:val="24"/>
        </w:rPr>
        <w:t>..................</w:t>
      </w:r>
      <w:r w:rsidRPr="002829F5">
        <w:rPr>
          <w:rFonts w:ascii="Trebuchet MS" w:hAnsi="Trebuchet MS"/>
          <w:sz w:val="24"/>
          <w:szCs w:val="24"/>
        </w:rPr>
        <w:t>..</w:t>
      </w:r>
      <w:r w:rsidR="002829F5">
        <w:rPr>
          <w:rFonts w:ascii="Trebuchet MS" w:hAnsi="Trebuchet MS"/>
          <w:sz w:val="24"/>
          <w:szCs w:val="24"/>
        </w:rPr>
        <w:t xml:space="preserve"> </w:t>
      </w:r>
      <w:proofErr w:type="spellStart"/>
      <w:r w:rsidRPr="002829F5">
        <w:rPr>
          <w:rFonts w:ascii="Trebuchet MS" w:hAnsi="Trebuchet MS"/>
          <w:sz w:val="24"/>
          <w:szCs w:val="24"/>
        </w:rPr>
        <w:t>dengan</w:t>
      </w:r>
      <w:proofErr w:type="spellEnd"/>
      <w:r w:rsidRPr="002829F5">
        <w:rPr>
          <w:rFonts w:ascii="Trebuchet MS" w:hAnsi="Trebuchet MS"/>
          <w:sz w:val="24"/>
          <w:szCs w:val="24"/>
        </w:rPr>
        <w:t xml:space="preserve"> </w:t>
      </w:r>
      <w:proofErr w:type="spellStart"/>
      <w:r w:rsidRPr="002829F5">
        <w:rPr>
          <w:rFonts w:ascii="Trebuchet MS" w:hAnsi="Trebuchet MS"/>
          <w:sz w:val="24"/>
          <w:szCs w:val="24"/>
        </w:rPr>
        <w:t>alasan</w:t>
      </w:r>
      <w:proofErr w:type="spellEnd"/>
      <w:r w:rsidRPr="002829F5">
        <w:rPr>
          <w:rFonts w:ascii="Trebuchet MS" w:hAnsi="Trebuchet MS"/>
          <w:sz w:val="24"/>
          <w:szCs w:val="24"/>
        </w:rPr>
        <w:t xml:space="preserve"> 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2829F5" w:rsidRDefault="002829F5">
      <w:pPr>
        <w:spacing w:after="60"/>
        <w:rPr>
          <w:rFonts w:ascii="Trebuchet MS" w:hAnsi="Trebuchet MS"/>
          <w:sz w:val="24"/>
          <w:szCs w:val="24"/>
        </w:rPr>
      </w:pPr>
    </w:p>
    <w:p w:rsidR="002C30ED" w:rsidRPr="002829F5" w:rsidRDefault="00000000">
      <w:pPr>
        <w:spacing w:after="60"/>
        <w:rPr>
          <w:rFonts w:ascii="Trebuchet MS" w:hAnsi="Trebuchet MS"/>
          <w:sz w:val="24"/>
          <w:szCs w:val="24"/>
        </w:rPr>
      </w:pPr>
      <w:r w:rsidRPr="002829F5">
        <w:rPr>
          <w:rFonts w:ascii="Trebuchet MS" w:hAnsi="Trebuchet MS"/>
          <w:sz w:val="24"/>
          <w:szCs w:val="24"/>
        </w:rPr>
        <w:t xml:space="preserve">Bersama </w:t>
      </w:r>
      <w:proofErr w:type="spellStart"/>
      <w:r w:rsidRPr="002829F5">
        <w:rPr>
          <w:rFonts w:ascii="Trebuchet MS" w:hAnsi="Trebuchet MS"/>
          <w:sz w:val="24"/>
          <w:szCs w:val="24"/>
        </w:rPr>
        <w:t>ini</w:t>
      </w:r>
      <w:proofErr w:type="spellEnd"/>
      <w:r w:rsidRPr="002829F5">
        <w:rPr>
          <w:rFonts w:ascii="Trebuchet MS" w:hAnsi="Trebuchet MS"/>
          <w:sz w:val="24"/>
          <w:szCs w:val="24"/>
        </w:rPr>
        <w:t xml:space="preserve"> </w:t>
      </w:r>
      <w:proofErr w:type="spellStart"/>
      <w:r w:rsidRPr="002829F5">
        <w:rPr>
          <w:rFonts w:ascii="Trebuchet MS" w:hAnsi="Trebuchet MS"/>
          <w:sz w:val="24"/>
          <w:szCs w:val="24"/>
        </w:rPr>
        <w:t>saya</w:t>
      </w:r>
      <w:proofErr w:type="spellEnd"/>
      <w:r w:rsidRPr="002829F5">
        <w:rPr>
          <w:rFonts w:ascii="Trebuchet MS" w:hAnsi="Trebuchet MS"/>
          <w:sz w:val="24"/>
          <w:szCs w:val="24"/>
        </w:rPr>
        <w:t xml:space="preserve"> </w:t>
      </w:r>
      <w:proofErr w:type="spellStart"/>
      <w:r w:rsidRPr="002829F5">
        <w:rPr>
          <w:rFonts w:ascii="Trebuchet MS" w:hAnsi="Trebuchet MS"/>
          <w:sz w:val="24"/>
          <w:szCs w:val="24"/>
        </w:rPr>
        <w:t>lampirkan</w:t>
      </w:r>
      <w:proofErr w:type="spellEnd"/>
      <w:r w:rsidRPr="002829F5">
        <w:rPr>
          <w:rFonts w:ascii="Trebuchet MS" w:hAnsi="Trebuchet MS"/>
          <w:sz w:val="24"/>
          <w:szCs w:val="24"/>
        </w:rPr>
        <w:t>:</w:t>
      </w:r>
    </w:p>
    <w:p w:rsidR="002C30ED" w:rsidRPr="002829F5" w:rsidRDefault="00000000">
      <w:pPr>
        <w:spacing w:after="20"/>
        <w:ind w:left="255" w:hanging="255"/>
        <w:rPr>
          <w:rFonts w:ascii="Trebuchet MS" w:hAnsi="Trebuchet MS"/>
          <w:sz w:val="24"/>
          <w:szCs w:val="24"/>
        </w:rPr>
      </w:pPr>
      <w:r w:rsidRPr="002829F5">
        <w:rPr>
          <w:rFonts w:ascii="Trebuchet MS" w:hAnsi="Trebuchet MS"/>
          <w:sz w:val="24"/>
          <w:szCs w:val="24"/>
        </w:rPr>
        <w:t>1.    Kartu Mahasiswa asli;</w:t>
      </w:r>
    </w:p>
    <w:p w:rsidR="002C30ED" w:rsidRPr="002829F5" w:rsidRDefault="00000000">
      <w:pPr>
        <w:spacing w:after="20"/>
        <w:ind w:left="255" w:hanging="255"/>
        <w:rPr>
          <w:rFonts w:ascii="Trebuchet MS" w:hAnsi="Trebuchet MS"/>
          <w:sz w:val="24"/>
          <w:szCs w:val="24"/>
        </w:rPr>
      </w:pPr>
      <w:r w:rsidRPr="002829F5">
        <w:rPr>
          <w:rFonts w:ascii="Trebuchet MS" w:hAnsi="Trebuchet MS"/>
          <w:sz w:val="24"/>
          <w:szCs w:val="24"/>
        </w:rPr>
        <w:t>2.    Bukti pembayaran registrasi terakhir;</w:t>
      </w:r>
    </w:p>
    <w:p w:rsidR="002C30ED" w:rsidRPr="002829F5" w:rsidRDefault="00000000">
      <w:pPr>
        <w:spacing w:after="20"/>
        <w:ind w:left="255" w:hanging="255"/>
        <w:rPr>
          <w:rFonts w:ascii="Trebuchet MS" w:hAnsi="Trebuchet MS"/>
          <w:sz w:val="24"/>
          <w:szCs w:val="24"/>
        </w:rPr>
      </w:pPr>
      <w:r w:rsidRPr="002829F5">
        <w:rPr>
          <w:rFonts w:ascii="Trebuchet MS" w:hAnsi="Trebuchet MS"/>
          <w:sz w:val="24"/>
          <w:szCs w:val="24"/>
        </w:rPr>
        <w:t>3.    Surat Keterangan bebas tanggungan perpustakaan;</w:t>
      </w:r>
    </w:p>
    <w:p w:rsidR="002C30ED" w:rsidRPr="002829F5" w:rsidRDefault="00000000">
      <w:pPr>
        <w:spacing w:after="20"/>
        <w:ind w:left="255" w:hanging="255"/>
        <w:rPr>
          <w:rFonts w:ascii="Trebuchet MS" w:hAnsi="Trebuchet MS"/>
          <w:sz w:val="24"/>
          <w:szCs w:val="24"/>
        </w:rPr>
      </w:pPr>
      <w:r w:rsidRPr="002829F5">
        <w:rPr>
          <w:rFonts w:ascii="Trebuchet MS" w:hAnsi="Trebuchet MS"/>
          <w:sz w:val="24"/>
          <w:szCs w:val="24"/>
        </w:rPr>
        <w:t>4.    Surat Keterangan bebas tanggungan fakultas.</w:t>
      </w:r>
    </w:p>
    <w:p w:rsidR="002C30ED" w:rsidRPr="002829F5" w:rsidRDefault="00000000">
      <w:pPr>
        <w:spacing w:before="140" w:after="300"/>
        <w:rPr>
          <w:rFonts w:ascii="Trebuchet MS" w:hAnsi="Trebuchet MS"/>
          <w:sz w:val="24"/>
          <w:szCs w:val="24"/>
        </w:rPr>
      </w:pPr>
      <w:r w:rsidRPr="002829F5">
        <w:rPr>
          <w:rFonts w:ascii="Trebuchet MS" w:hAnsi="Trebuchet MS"/>
          <w:sz w:val="24"/>
          <w:szCs w:val="24"/>
        </w:rPr>
        <w:t>Atas perhatian Bapak/Ibu, saya ucapkan terimakasih.</w:t>
      </w:r>
    </w:p>
    <w:tbl>
      <w:tblPr>
        <w:tblW w:w="9701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655"/>
        <w:gridCol w:w="5046"/>
      </w:tblGrid>
      <w:tr w:rsidR="002C30ED" w:rsidRPr="002829F5" w:rsidTr="002829F5">
        <w:trPr>
          <w:jc w:val="center"/>
        </w:trPr>
        <w:tc>
          <w:tcPr>
            <w:tcW w:w="4655" w:type="dxa"/>
          </w:tcPr>
          <w:p w:rsidR="002C30ED" w:rsidRPr="002829F5" w:rsidRDefault="00000000">
            <w:pPr>
              <w:rPr>
                <w:rFonts w:ascii="Trebuchet MS" w:hAnsi="Trebuchet MS"/>
                <w:sz w:val="24"/>
                <w:szCs w:val="24"/>
              </w:rPr>
            </w:pPr>
            <w:r w:rsidRPr="002829F5">
              <w:rPr>
                <w:rFonts w:ascii="Trebuchet MS" w:hAnsi="Trebuchet MS"/>
                <w:sz w:val="24"/>
                <w:szCs w:val="24"/>
              </w:rPr>
              <w:t>Orang tua/Wali,</w:t>
            </w:r>
          </w:p>
        </w:tc>
        <w:tc>
          <w:tcPr>
            <w:tcW w:w="5046" w:type="dxa"/>
          </w:tcPr>
          <w:p w:rsidR="002C30ED" w:rsidRPr="002829F5" w:rsidRDefault="002829F5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proofErr w:type="spellStart"/>
            <w:r>
              <w:rPr>
                <w:rFonts w:ascii="Trebuchet MS" w:hAnsi="Trebuchet MS"/>
                <w:sz w:val="24"/>
                <w:szCs w:val="24"/>
              </w:rPr>
              <w:t>Cianjur</w:t>
            </w:r>
            <w:proofErr w:type="spellEnd"/>
            <w:r w:rsidR="00000000" w:rsidRPr="002829F5">
              <w:rPr>
                <w:rFonts w:ascii="Trebuchet MS" w:hAnsi="Trebuchet MS"/>
                <w:sz w:val="24"/>
                <w:szCs w:val="24"/>
              </w:rPr>
              <w:t>, ....................</w:t>
            </w:r>
            <w:r w:rsidR="00000000" w:rsidRPr="002829F5">
              <w:rPr>
                <w:rFonts w:ascii="Trebuchet MS" w:hAnsi="Trebuchet MS"/>
                <w:sz w:val="24"/>
                <w:szCs w:val="24"/>
              </w:rPr>
              <w:br/>
              <w:t>Yang mengajukan</w:t>
            </w:r>
          </w:p>
        </w:tc>
      </w:tr>
      <w:tr w:rsidR="002C30ED" w:rsidRPr="002829F5" w:rsidTr="002829F5">
        <w:trPr>
          <w:jc w:val="center"/>
        </w:trPr>
        <w:tc>
          <w:tcPr>
            <w:tcW w:w="4655" w:type="dxa"/>
          </w:tcPr>
          <w:p w:rsidR="002C30ED" w:rsidRPr="002829F5" w:rsidRDefault="00000000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2829F5">
              <w:rPr>
                <w:rFonts w:ascii="Trebuchet MS" w:hAnsi="Trebuchet MS"/>
                <w:sz w:val="24"/>
                <w:szCs w:val="24"/>
              </w:rPr>
              <w:br/>
            </w:r>
            <w:r w:rsidRPr="002829F5">
              <w:rPr>
                <w:rFonts w:ascii="Trebuchet MS" w:hAnsi="Trebuchet MS"/>
                <w:sz w:val="24"/>
                <w:szCs w:val="24"/>
              </w:rPr>
              <w:br/>
            </w:r>
            <w:r w:rsidRPr="002829F5">
              <w:rPr>
                <w:rFonts w:ascii="Trebuchet MS" w:hAnsi="Trebuchet MS"/>
                <w:sz w:val="24"/>
                <w:szCs w:val="24"/>
              </w:rPr>
              <w:br/>
            </w:r>
          </w:p>
        </w:tc>
        <w:tc>
          <w:tcPr>
            <w:tcW w:w="5046" w:type="dxa"/>
          </w:tcPr>
          <w:p w:rsidR="002C30ED" w:rsidRPr="002829F5" w:rsidRDefault="00000000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2829F5">
              <w:rPr>
                <w:rFonts w:ascii="Trebuchet MS" w:hAnsi="Trebuchet MS"/>
                <w:sz w:val="24"/>
                <w:szCs w:val="24"/>
              </w:rPr>
              <w:br/>
            </w:r>
            <w:r w:rsidRPr="002829F5">
              <w:rPr>
                <w:rFonts w:ascii="Trebuchet MS" w:hAnsi="Trebuchet MS"/>
                <w:sz w:val="24"/>
                <w:szCs w:val="24"/>
              </w:rPr>
              <w:br/>
            </w:r>
            <w:r w:rsidRPr="002829F5">
              <w:rPr>
                <w:rFonts w:ascii="Trebuchet MS" w:hAnsi="Trebuchet MS"/>
                <w:sz w:val="24"/>
                <w:szCs w:val="24"/>
              </w:rPr>
              <w:br/>
            </w:r>
          </w:p>
        </w:tc>
      </w:tr>
      <w:tr w:rsidR="002C30ED" w:rsidRPr="002829F5" w:rsidTr="002829F5">
        <w:trPr>
          <w:jc w:val="center"/>
        </w:trPr>
        <w:tc>
          <w:tcPr>
            <w:tcW w:w="4655" w:type="dxa"/>
          </w:tcPr>
          <w:p w:rsidR="002C30ED" w:rsidRPr="002829F5" w:rsidRDefault="00000000">
            <w:pPr>
              <w:rPr>
                <w:rFonts w:ascii="Trebuchet MS" w:hAnsi="Trebuchet MS"/>
                <w:sz w:val="24"/>
                <w:szCs w:val="24"/>
              </w:rPr>
            </w:pPr>
            <w:r w:rsidRPr="002829F5">
              <w:rPr>
                <w:rFonts w:ascii="Trebuchet MS" w:hAnsi="Trebuchet MS"/>
                <w:sz w:val="24"/>
                <w:szCs w:val="24"/>
              </w:rPr>
              <w:t>................................................</w:t>
            </w:r>
          </w:p>
        </w:tc>
        <w:tc>
          <w:tcPr>
            <w:tcW w:w="5046" w:type="dxa"/>
          </w:tcPr>
          <w:p w:rsidR="002C30ED" w:rsidRPr="002829F5" w:rsidRDefault="00000000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2829F5">
              <w:rPr>
                <w:rFonts w:ascii="Trebuchet MS" w:hAnsi="Trebuchet MS"/>
                <w:sz w:val="24"/>
                <w:szCs w:val="24"/>
              </w:rPr>
              <w:t>................................................</w:t>
            </w:r>
          </w:p>
        </w:tc>
      </w:tr>
      <w:tr w:rsidR="002C30ED" w:rsidRPr="002829F5" w:rsidTr="002829F5">
        <w:trPr>
          <w:trHeight w:val="1965"/>
          <w:jc w:val="center"/>
        </w:trPr>
        <w:tc>
          <w:tcPr>
            <w:tcW w:w="4655" w:type="dxa"/>
          </w:tcPr>
          <w:p w:rsidR="002829F5" w:rsidRDefault="00000000" w:rsidP="002829F5">
            <w:pPr>
              <w:jc w:val="both"/>
              <w:rPr>
                <w:rFonts w:ascii="Trebuchet MS" w:hAnsi="Trebuchet MS"/>
                <w:sz w:val="24"/>
                <w:szCs w:val="24"/>
              </w:rPr>
            </w:pPr>
            <w:proofErr w:type="spellStart"/>
            <w:r w:rsidRPr="002829F5">
              <w:rPr>
                <w:rFonts w:ascii="Trebuchet MS" w:hAnsi="Trebuchet MS"/>
                <w:sz w:val="24"/>
                <w:szCs w:val="24"/>
              </w:rPr>
              <w:t>Mengetahui</w:t>
            </w:r>
            <w:proofErr w:type="spellEnd"/>
            <w:r w:rsidRPr="002829F5">
              <w:rPr>
                <w:rFonts w:ascii="Trebuchet MS" w:hAnsi="Trebuchet MS"/>
                <w:sz w:val="24"/>
                <w:szCs w:val="24"/>
              </w:rPr>
              <w:t>,</w:t>
            </w:r>
            <w:r w:rsidRPr="002829F5">
              <w:rPr>
                <w:rFonts w:ascii="Trebuchet MS" w:hAnsi="Trebuchet MS"/>
                <w:sz w:val="24"/>
                <w:szCs w:val="24"/>
              </w:rPr>
              <w:br/>
            </w:r>
            <w:r w:rsidR="002829F5">
              <w:rPr>
                <w:rFonts w:ascii="Trebuchet MS" w:hAnsi="Trebuchet MS"/>
                <w:sz w:val="24"/>
                <w:szCs w:val="24"/>
              </w:rPr>
              <w:t xml:space="preserve">Wakil </w:t>
            </w:r>
            <w:proofErr w:type="spellStart"/>
            <w:r w:rsidR="002829F5">
              <w:rPr>
                <w:rFonts w:ascii="Trebuchet MS" w:hAnsi="Trebuchet MS"/>
                <w:sz w:val="24"/>
                <w:szCs w:val="24"/>
              </w:rPr>
              <w:t>Ketua</w:t>
            </w:r>
            <w:proofErr w:type="spellEnd"/>
            <w:r w:rsidR="002829F5">
              <w:rPr>
                <w:rFonts w:ascii="Trebuchet MS" w:hAnsi="Trebuchet MS"/>
                <w:sz w:val="24"/>
                <w:szCs w:val="24"/>
              </w:rPr>
              <w:t xml:space="preserve"> </w:t>
            </w:r>
            <w:proofErr w:type="spellStart"/>
            <w:r w:rsidR="002829F5">
              <w:rPr>
                <w:rFonts w:ascii="Trebuchet MS" w:hAnsi="Trebuchet MS"/>
                <w:sz w:val="24"/>
                <w:szCs w:val="24"/>
              </w:rPr>
              <w:t>Bidang</w:t>
            </w:r>
            <w:proofErr w:type="spellEnd"/>
            <w:r w:rsidR="002829F5">
              <w:rPr>
                <w:rFonts w:ascii="Trebuchet MS" w:hAnsi="Trebuchet MS"/>
                <w:sz w:val="24"/>
                <w:szCs w:val="24"/>
              </w:rPr>
              <w:t xml:space="preserve"> </w:t>
            </w:r>
            <w:proofErr w:type="spellStart"/>
            <w:r w:rsidR="002829F5">
              <w:rPr>
                <w:rFonts w:ascii="Trebuchet MS" w:hAnsi="Trebuchet MS"/>
                <w:sz w:val="24"/>
                <w:szCs w:val="24"/>
              </w:rPr>
              <w:t>Akademik</w:t>
            </w:r>
            <w:proofErr w:type="spellEnd"/>
            <w:r w:rsidR="002829F5">
              <w:rPr>
                <w:rFonts w:ascii="Trebuchet MS" w:hAnsi="Trebuchet MS"/>
                <w:sz w:val="24"/>
                <w:szCs w:val="24"/>
              </w:rPr>
              <w:t xml:space="preserve"> dan </w:t>
            </w:r>
            <w:proofErr w:type="spellStart"/>
            <w:r w:rsidR="002829F5">
              <w:rPr>
                <w:rFonts w:ascii="Trebuchet MS" w:hAnsi="Trebuchet MS"/>
                <w:sz w:val="24"/>
                <w:szCs w:val="24"/>
              </w:rPr>
              <w:t>Kemahasiswaan</w:t>
            </w:r>
            <w:proofErr w:type="spellEnd"/>
            <w:r w:rsidRPr="002829F5">
              <w:rPr>
                <w:rFonts w:ascii="Trebuchet MS" w:hAnsi="Trebuchet MS"/>
                <w:sz w:val="24"/>
                <w:szCs w:val="24"/>
              </w:rPr>
              <w:t>,</w:t>
            </w:r>
            <w:r w:rsidRPr="002829F5">
              <w:rPr>
                <w:rFonts w:ascii="Trebuchet MS" w:hAnsi="Trebuchet MS"/>
                <w:sz w:val="24"/>
                <w:szCs w:val="24"/>
              </w:rPr>
              <w:br/>
            </w:r>
          </w:p>
          <w:p w:rsidR="002829F5" w:rsidRDefault="002829F5">
            <w:pPr>
              <w:rPr>
                <w:rFonts w:ascii="Trebuchet MS" w:hAnsi="Trebuchet MS"/>
                <w:sz w:val="24"/>
                <w:szCs w:val="24"/>
              </w:rPr>
            </w:pPr>
          </w:p>
          <w:p w:rsidR="002829F5" w:rsidRDefault="002829F5">
            <w:pPr>
              <w:rPr>
                <w:rFonts w:ascii="Trebuchet MS" w:hAnsi="Trebuchet MS"/>
                <w:sz w:val="24"/>
                <w:szCs w:val="24"/>
              </w:rPr>
            </w:pPr>
          </w:p>
          <w:p w:rsidR="002C30ED" w:rsidRPr="002829F5" w:rsidRDefault="002829F5">
            <w:pPr>
              <w:rPr>
                <w:rFonts w:ascii="Trebuchet MS" w:hAnsi="Trebuchet MS"/>
                <w:sz w:val="24"/>
                <w:szCs w:val="24"/>
              </w:rPr>
            </w:pPr>
            <w:proofErr w:type="spellStart"/>
            <w:r>
              <w:rPr>
                <w:rFonts w:ascii="Trebuchet MS" w:hAnsi="Trebuchet MS"/>
                <w:sz w:val="24"/>
                <w:szCs w:val="24"/>
              </w:rPr>
              <w:t>Papat</w:t>
            </w:r>
            <w:proofErr w:type="spellEnd"/>
            <w:r>
              <w:rPr>
                <w:rFonts w:ascii="Trebuchet MS" w:hAnsi="Trebuchet MS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rebuchet MS" w:hAnsi="Trebuchet MS"/>
                <w:sz w:val="24"/>
                <w:szCs w:val="24"/>
              </w:rPr>
              <w:t>Patimah</w:t>
            </w:r>
            <w:proofErr w:type="spellEnd"/>
            <w:r>
              <w:rPr>
                <w:rFonts w:ascii="Trebuchet MS" w:hAnsi="Trebuchet MS"/>
                <w:sz w:val="24"/>
                <w:szCs w:val="24"/>
              </w:rPr>
              <w:t xml:space="preserve">, </w:t>
            </w:r>
            <w:proofErr w:type="spellStart"/>
            <w:proofErr w:type="gramStart"/>
            <w:r>
              <w:rPr>
                <w:rFonts w:ascii="Trebuchet MS" w:hAnsi="Trebuchet MS"/>
                <w:sz w:val="24"/>
                <w:szCs w:val="24"/>
              </w:rPr>
              <w:t>M.Kep</w:t>
            </w:r>
            <w:proofErr w:type="spellEnd"/>
            <w:proofErr w:type="gramEnd"/>
            <w:r w:rsidR="00000000" w:rsidRPr="002829F5">
              <w:rPr>
                <w:rFonts w:ascii="Trebuchet MS" w:hAnsi="Trebuchet MS"/>
                <w:sz w:val="24"/>
                <w:szCs w:val="24"/>
              </w:rPr>
              <w:br/>
              <w:t>N</w:t>
            </w:r>
            <w:r>
              <w:rPr>
                <w:rFonts w:ascii="Trebuchet MS" w:hAnsi="Trebuchet MS"/>
                <w:sz w:val="24"/>
                <w:szCs w:val="24"/>
              </w:rPr>
              <w:t>IDN/NU</w:t>
            </w:r>
            <w:r w:rsidR="00000000" w:rsidRPr="002829F5">
              <w:rPr>
                <w:rFonts w:ascii="Trebuchet MS" w:hAnsi="Trebuchet MS"/>
                <w:sz w:val="24"/>
                <w:szCs w:val="24"/>
              </w:rPr>
              <w:t>P</w:t>
            </w:r>
            <w:r>
              <w:rPr>
                <w:rFonts w:ascii="Trebuchet MS" w:hAnsi="Trebuchet MS"/>
                <w:sz w:val="24"/>
                <w:szCs w:val="24"/>
              </w:rPr>
              <w:t>TK</w:t>
            </w:r>
            <w:r w:rsidR="00000000" w:rsidRPr="002829F5">
              <w:rPr>
                <w:rFonts w:ascii="Trebuchet MS" w:hAnsi="Trebuchet MS"/>
                <w:sz w:val="24"/>
                <w:szCs w:val="24"/>
              </w:rPr>
              <w:t>.</w:t>
            </w:r>
            <w:r>
              <w:t xml:space="preserve"> </w:t>
            </w:r>
            <w:r w:rsidRPr="002829F5">
              <w:rPr>
                <w:rFonts w:ascii="Trebuchet MS" w:hAnsi="Trebuchet MS"/>
                <w:sz w:val="24"/>
                <w:szCs w:val="24"/>
              </w:rPr>
              <w:t>8742760661231132</w:t>
            </w:r>
          </w:p>
        </w:tc>
        <w:tc>
          <w:tcPr>
            <w:tcW w:w="5046" w:type="dxa"/>
          </w:tcPr>
          <w:p w:rsidR="002829F5" w:rsidRDefault="00000000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2829F5">
              <w:rPr>
                <w:rFonts w:ascii="Trebuchet MS" w:hAnsi="Trebuchet MS"/>
                <w:sz w:val="24"/>
                <w:szCs w:val="24"/>
              </w:rPr>
              <w:t>Menyetujui,</w:t>
            </w:r>
            <w:r w:rsidRPr="002829F5">
              <w:rPr>
                <w:rFonts w:ascii="Trebuchet MS" w:hAnsi="Trebuchet MS"/>
                <w:sz w:val="24"/>
                <w:szCs w:val="24"/>
              </w:rPr>
              <w:br/>
            </w:r>
            <w:proofErr w:type="spellStart"/>
            <w:r w:rsidRPr="002829F5">
              <w:rPr>
                <w:rFonts w:ascii="Trebuchet MS" w:hAnsi="Trebuchet MS"/>
                <w:sz w:val="24"/>
                <w:szCs w:val="24"/>
              </w:rPr>
              <w:t>Ketua</w:t>
            </w:r>
            <w:proofErr w:type="spellEnd"/>
            <w:r w:rsidRPr="002829F5">
              <w:rPr>
                <w:rFonts w:ascii="Trebuchet MS" w:hAnsi="Trebuchet MS"/>
                <w:sz w:val="24"/>
                <w:szCs w:val="24"/>
              </w:rPr>
              <w:t xml:space="preserve"> Program </w:t>
            </w:r>
            <w:proofErr w:type="spellStart"/>
            <w:r w:rsidRPr="002829F5">
              <w:rPr>
                <w:rFonts w:ascii="Trebuchet MS" w:hAnsi="Trebuchet MS"/>
                <w:sz w:val="24"/>
                <w:szCs w:val="24"/>
              </w:rPr>
              <w:t>Studi</w:t>
            </w:r>
            <w:proofErr w:type="spellEnd"/>
            <w:r w:rsidRPr="002829F5">
              <w:rPr>
                <w:rFonts w:ascii="Trebuchet MS" w:hAnsi="Trebuchet MS"/>
                <w:sz w:val="24"/>
                <w:szCs w:val="24"/>
              </w:rPr>
              <w:t>,</w:t>
            </w:r>
          </w:p>
          <w:p w:rsidR="002829F5" w:rsidRDefault="002829F5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</w:p>
          <w:p w:rsidR="002829F5" w:rsidRDefault="002829F5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</w:p>
          <w:p w:rsidR="002829F5" w:rsidRDefault="00000000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2829F5">
              <w:rPr>
                <w:rFonts w:ascii="Trebuchet MS" w:hAnsi="Trebuchet MS"/>
                <w:sz w:val="24"/>
                <w:szCs w:val="24"/>
              </w:rPr>
              <w:br/>
            </w:r>
            <w:r w:rsidRPr="002829F5">
              <w:rPr>
                <w:rFonts w:ascii="Trebuchet MS" w:hAnsi="Trebuchet MS"/>
                <w:sz w:val="24"/>
                <w:szCs w:val="24"/>
              </w:rPr>
              <w:br/>
            </w:r>
            <w:r w:rsidR="002829F5">
              <w:rPr>
                <w:rFonts w:ascii="Trebuchet MS" w:hAnsi="Trebuchet MS"/>
                <w:sz w:val="24"/>
                <w:szCs w:val="24"/>
              </w:rPr>
              <w:t xml:space="preserve">M. Dodik Prastiyo, </w:t>
            </w:r>
            <w:proofErr w:type="spellStart"/>
            <w:proofErr w:type="gramStart"/>
            <w:r w:rsidR="002829F5">
              <w:rPr>
                <w:rFonts w:ascii="Trebuchet MS" w:hAnsi="Trebuchet MS"/>
                <w:sz w:val="24"/>
                <w:szCs w:val="24"/>
              </w:rPr>
              <w:t>S.Kep</w:t>
            </w:r>
            <w:proofErr w:type="spellEnd"/>
            <w:proofErr w:type="gramEnd"/>
            <w:r w:rsidR="002829F5">
              <w:rPr>
                <w:rFonts w:ascii="Trebuchet MS" w:hAnsi="Trebuchet MS"/>
                <w:sz w:val="24"/>
                <w:szCs w:val="24"/>
              </w:rPr>
              <w:t xml:space="preserve">., Ns., </w:t>
            </w:r>
            <w:proofErr w:type="spellStart"/>
            <w:r w:rsidR="002829F5">
              <w:rPr>
                <w:rFonts w:ascii="Trebuchet MS" w:hAnsi="Trebuchet MS"/>
                <w:sz w:val="24"/>
                <w:szCs w:val="24"/>
              </w:rPr>
              <w:t>M.Biomed</w:t>
            </w:r>
            <w:proofErr w:type="spellEnd"/>
          </w:p>
          <w:p w:rsidR="002C30ED" w:rsidRPr="002829F5" w:rsidRDefault="00000000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2829F5">
              <w:rPr>
                <w:rFonts w:ascii="Trebuchet MS" w:hAnsi="Trebuchet MS"/>
                <w:sz w:val="24"/>
                <w:szCs w:val="24"/>
              </w:rPr>
              <w:t>NI</w:t>
            </w:r>
            <w:r w:rsidR="002829F5">
              <w:rPr>
                <w:rFonts w:ascii="Trebuchet MS" w:hAnsi="Trebuchet MS"/>
                <w:sz w:val="24"/>
                <w:szCs w:val="24"/>
              </w:rPr>
              <w:t xml:space="preserve">DN/NUPTK. </w:t>
            </w:r>
            <w:r w:rsidR="002829F5" w:rsidRPr="002829F5">
              <w:rPr>
                <w:rFonts w:ascii="Trebuchet MS" w:hAnsi="Trebuchet MS"/>
                <w:sz w:val="24"/>
                <w:szCs w:val="24"/>
              </w:rPr>
              <w:t>2253777678130083</w:t>
            </w:r>
          </w:p>
        </w:tc>
      </w:tr>
    </w:tbl>
    <w:p w:rsidR="002829F5" w:rsidRDefault="002829F5">
      <w:pPr>
        <w:spacing w:before="80"/>
        <w:rPr>
          <w:rFonts w:ascii="Trebuchet MS" w:hAnsi="Trebuchet MS"/>
          <w:i/>
          <w:sz w:val="24"/>
          <w:szCs w:val="24"/>
        </w:rPr>
      </w:pPr>
    </w:p>
    <w:p w:rsidR="002829F5" w:rsidRDefault="002829F5">
      <w:pPr>
        <w:spacing w:before="80"/>
        <w:rPr>
          <w:rFonts w:ascii="Trebuchet MS" w:hAnsi="Trebuchet MS"/>
          <w:i/>
          <w:sz w:val="24"/>
          <w:szCs w:val="24"/>
        </w:rPr>
      </w:pPr>
    </w:p>
    <w:p w:rsidR="002C30ED" w:rsidRPr="002829F5" w:rsidRDefault="00000000">
      <w:pPr>
        <w:spacing w:before="80"/>
        <w:rPr>
          <w:rFonts w:ascii="Trebuchet MS" w:hAnsi="Trebuchet MS"/>
          <w:sz w:val="24"/>
          <w:szCs w:val="24"/>
        </w:rPr>
      </w:pPr>
      <w:proofErr w:type="spellStart"/>
      <w:r w:rsidRPr="002829F5">
        <w:rPr>
          <w:rFonts w:ascii="Trebuchet MS" w:hAnsi="Trebuchet MS"/>
          <w:i/>
          <w:sz w:val="24"/>
          <w:szCs w:val="24"/>
        </w:rPr>
        <w:t>Keterangan</w:t>
      </w:r>
      <w:proofErr w:type="spellEnd"/>
      <w:r w:rsidRPr="002829F5">
        <w:rPr>
          <w:rFonts w:ascii="Trebuchet MS" w:hAnsi="Trebuchet MS"/>
          <w:i/>
          <w:sz w:val="24"/>
          <w:szCs w:val="24"/>
        </w:rPr>
        <w:t xml:space="preserve">: *) </w:t>
      </w:r>
      <w:proofErr w:type="spellStart"/>
      <w:r w:rsidRPr="002829F5">
        <w:rPr>
          <w:rFonts w:ascii="Trebuchet MS" w:hAnsi="Trebuchet MS"/>
          <w:i/>
          <w:sz w:val="24"/>
          <w:szCs w:val="24"/>
        </w:rPr>
        <w:t>coret</w:t>
      </w:r>
      <w:proofErr w:type="spellEnd"/>
      <w:r w:rsidRPr="002829F5">
        <w:rPr>
          <w:rFonts w:ascii="Trebuchet MS" w:hAnsi="Trebuchet MS"/>
          <w:i/>
          <w:sz w:val="24"/>
          <w:szCs w:val="24"/>
        </w:rPr>
        <w:t xml:space="preserve"> yang tidak perlu</w:t>
      </w:r>
    </w:p>
    <w:sectPr w:rsidR="002C30ED" w:rsidRPr="002829F5" w:rsidSect="002829F5">
      <w:headerReference w:type="default" r:id="rId8"/>
      <w:pgSz w:w="11906" w:h="16838"/>
      <w:pgMar w:top="1440" w:right="1440" w:bottom="1440" w:left="1440" w:header="283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8B3125" w:rsidRDefault="008B3125" w:rsidP="002829F5">
      <w:r>
        <w:separator/>
      </w:r>
    </w:p>
  </w:endnote>
  <w:endnote w:type="continuationSeparator" w:id="0">
    <w:p w:rsidR="008B3125" w:rsidRDefault="008B3125" w:rsidP="002829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8B3125" w:rsidRDefault="008B3125" w:rsidP="002829F5">
      <w:r>
        <w:separator/>
      </w:r>
    </w:p>
  </w:footnote>
  <w:footnote w:type="continuationSeparator" w:id="0">
    <w:p w:rsidR="008B3125" w:rsidRDefault="008B3125" w:rsidP="002829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2829F5" w:rsidRDefault="002829F5" w:rsidP="002829F5">
    <w:pPr>
      <w:pStyle w:val="Header"/>
      <w:ind w:left="-284"/>
    </w:pPr>
    <w:r>
      <w:rPr>
        <w:rFonts w:ascii="Times New Roman" w:eastAsia="Times New Roman" w:hAnsi="Times New Roman" w:cs="Times New Roman"/>
        <w:noProof/>
      </w:rPr>
      <w:drawing>
        <wp:inline distT="0" distB="0" distL="0" distR="0" wp14:anchorId="06F830B5" wp14:editId="7A713B36">
          <wp:extent cx="5984674" cy="1000125"/>
          <wp:effectExtent l="0" t="0" r="0" b="3175"/>
          <wp:docPr id="2" name="Picture 2" descr="E:\FILM\KOP STIKES PERNU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:\FILM\KOP STIKES PERNUS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40641" cy="100947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2829F5" w:rsidRDefault="002829F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25282652">
    <w:abstractNumId w:val="8"/>
  </w:num>
  <w:num w:numId="2" w16cid:durableId="328874457">
    <w:abstractNumId w:val="6"/>
  </w:num>
  <w:num w:numId="3" w16cid:durableId="1212426474">
    <w:abstractNumId w:val="5"/>
  </w:num>
  <w:num w:numId="4" w16cid:durableId="443548659">
    <w:abstractNumId w:val="4"/>
  </w:num>
  <w:num w:numId="5" w16cid:durableId="1338848387">
    <w:abstractNumId w:val="7"/>
  </w:num>
  <w:num w:numId="6" w16cid:durableId="928461191">
    <w:abstractNumId w:val="3"/>
  </w:num>
  <w:num w:numId="7" w16cid:durableId="1431394508">
    <w:abstractNumId w:val="2"/>
  </w:num>
  <w:num w:numId="8" w16cid:durableId="839396678">
    <w:abstractNumId w:val="1"/>
  </w:num>
  <w:num w:numId="9" w16cid:durableId="12945592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829F5"/>
    <w:rsid w:val="0029639D"/>
    <w:rsid w:val="002C30ED"/>
    <w:rsid w:val="00326F90"/>
    <w:rsid w:val="007F1BC8"/>
    <w:rsid w:val="008B3125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D614D4D"/>
  <w14:defaultImageDpi w14:val="300"/>
  <w15:docId w15:val="{D99BD61E-2336-D342-98BA-6A241DCE0E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Arial" w:hAnsi="Arial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186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1246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Dodi</cp:lastModifiedBy>
  <cp:revision>5</cp:revision>
  <dcterms:created xsi:type="dcterms:W3CDTF">2013-12-23T23:15:00Z</dcterms:created>
  <dcterms:modified xsi:type="dcterms:W3CDTF">2026-09-07T05:16:00Z</dcterms:modified>
  <cp:category/>
</cp:coreProperties>
</file>