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7AC8" w:rsidRPr="00E27AC8" w:rsidRDefault="00E27AC8" w:rsidP="00E27AC8">
      <w:pPr>
        <w:spacing w:after="0"/>
        <w:jc w:val="center"/>
        <w:rPr>
          <w:b/>
          <w:sz w:val="28"/>
          <w:lang w:val="id-ID"/>
        </w:rPr>
      </w:pPr>
    </w:p>
    <w:p w:rsidR="009C33AD" w:rsidRPr="00E27AC8" w:rsidRDefault="00000000" w:rsidP="00E27AC8">
      <w:pPr>
        <w:spacing w:after="0"/>
        <w:jc w:val="center"/>
        <w:rPr>
          <w:lang w:val="id-ID"/>
        </w:rPr>
      </w:pPr>
      <w:r w:rsidRPr="00E27AC8">
        <w:rPr>
          <w:b/>
          <w:sz w:val="28"/>
          <w:lang w:val="id-ID"/>
        </w:rPr>
        <w:t>SURAT PERMOHONAN CUTI AKADEMIK</w:t>
      </w:r>
    </w:p>
    <w:p w:rsidR="00E27AC8" w:rsidRPr="00E27AC8" w:rsidRDefault="00E27AC8" w:rsidP="00E27AC8">
      <w:pPr>
        <w:spacing w:after="0"/>
        <w:rPr>
          <w:lang w:val="id-ID"/>
        </w:rPr>
      </w:pPr>
    </w:p>
    <w:p w:rsidR="009C33AD" w:rsidRPr="00E27AC8" w:rsidRDefault="00000000" w:rsidP="00E27AC8">
      <w:pPr>
        <w:spacing w:after="0"/>
        <w:rPr>
          <w:lang w:val="id-ID"/>
        </w:rPr>
      </w:pPr>
      <w:r w:rsidRPr="00E27AC8">
        <w:rPr>
          <w:lang w:val="id-ID"/>
        </w:rPr>
        <w:t>Yang bertanda tangan di bawah ini, saya mahasiswa STIKes Permata Nusantara</w:t>
      </w:r>
      <w:r w:rsidR="00E27AC8">
        <w:t>*</w:t>
      </w:r>
      <w:r w:rsidRPr="00E27AC8">
        <w:rPr>
          <w:lang w:val="id-ID"/>
        </w:rPr>
        <w:t>:</w:t>
      </w:r>
    </w:p>
    <w:tbl>
      <w:tblPr>
        <w:tblW w:w="9000" w:type="dxa"/>
        <w:jc w:val="center"/>
        <w:tblLayout w:type="fixed"/>
        <w:tblLook w:val="04A0" w:firstRow="1" w:lastRow="0" w:firstColumn="1" w:lastColumn="0" w:noHBand="0" w:noVBand="1"/>
      </w:tblPr>
      <w:tblGrid>
        <w:gridCol w:w="2054"/>
        <w:gridCol w:w="426"/>
        <w:gridCol w:w="6520"/>
      </w:tblGrid>
      <w:tr w:rsidR="00E27AC8" w:rsidRPr="00E27AC8" w:rsidTr="00E27AC8">
        <w:trPr>
          <w:jc w:val="center"/>
        </w:trPr>
        <w:tc>
          <w:tcPr>
            <w:tcW w:w="20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Nama</w:t>
            </w:r>
          </w:p>
        </w:tc>
        <w:tc>
          <w:tcPr>
            <w:tcW w:w="4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: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</w:p>
        </w:tc>
      </w:tr>
      <w:tr w:rsidR="00E27AC8" w:rsidRPr="00E27AC8" w:rsidTr="00E27AC8">
        <w:trPr>
          <w:jc w:val="center"/>
        </w:trPr>
        <w:tc>
          <w:tcPr>
            <w:tcW w:w="20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Program Studi</w:t>
            </w:r>
          </w:p>
        </w:tc>
        <w:tc>
          <w:tcPr>
            <w:tcW w:w="4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: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E27AC8" w:rsidRPr="004C6E5B" w:rsidRDefault="004C6E5B" w:rsidP="00E27AC8">
            <w:pPr>
              <w:spacing w:after="0"/>
            </w:pPr>
            <w:r>
              <w:t xml:space="preserve">S1-Ilmu </w:t>
            </w:r>
            <w:proofErr w:type="spellStart"/>
            <w:r>
              <w:t>Keperawatan</w:t>
            </w:r>
            <w:proofErr w:type="spellEnd"/>
          </w:p>
        </w:tc>
      </w:tr>
      <w:tr w:rsidR="00E27AC8" w:rsidRPr="00E27AC8" w:rsidTr="00E27AC8">
        <w:trPr>
          <w:jc w:val="center"/>
        </w:trPr>
        <w:tc>
          <w:tcPr>
            <w:tcW w:w="20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NIM</w:t>
            </w:r>
          </w:p>
        </w:tc>
        <w:tc>
          <w:tcPr>
            <w:tcW w:w="4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: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E27AC8" w:rsidRPr="00E27AC8" w:rsidRDefault="00E27AC8" w:rsidP="00E27AC8">
            <w:pPr>
              <w:spacing w:after="0"/>
              <w:rPr>
                <w:lang w:val="id-ID"/>
              </w:rPr>
            </w:pPr>
          </w:p>
        </w:tc>
      </w:tr>
    </w:tbl>
    <w:p w:rsidR="009C33AD" w:rsidRPr="00E27AC8" w:rsidRDefault="00000000" w:rsidP="00E27AC8">
      <w:pPr>
        <w:spacing w:after="0"/>
        <w:rPr>
          <w:lang w:val="id-ID"/>
        </w:rPr>
      </w:pPr>
      <w:r w:rsidRPr="00E27AC8">
        <w:rPr>
          <w:lang w:val="id-ID"/>
        </w:rPr>
        <w:t>dengan ini mengajukan permohonan cuti akademik untuk: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6520"/>
      </w:tblGrid>
      <w:tr w:rsidR="009C33AD" w:rsidRPr="00E27AC8" w:rsidTr="00E27AC8">
        <w:trPr>
          <w:jc w:val="center"/>
        </w:trPr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Semester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................................................................................................</w:t>
            </w:r>
          </w:p>
        </w:tc>
      </w:tr>
      <w:tr w:rsidR="009C33AD" w:rsidRPr="00E27AC8" w:rsidTr="00E27AC8">
        <w:trPr>
          <w:jc w:val="center"/>
        </w:trPr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Tahun Akademik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................................................................................................</w:t>
            </w:r>
          </w:p>
        </w:tc>
      </w:tr>
    </w:tbl>
    <w:p w:rsidR="009C33AD" w:rsidRPr="00E27AC8" w:rsidRDefault="00000000" w:rsidP="00E27AC8">
      <w:pPr>
        <w:spacing w:after="0"/>
        <w:rPr>
          <w:lang w:val="id-ID"/>
        </w:rPr>
      </w:pPr>
      <w:r w:rsidRPr="00E27AC8">
        <w:rPr>
          <w:lang w:val="id-ID"/>
        </w:rPr>
        <w:t>Permohonan cuti ini saya ajukan dengan alasan:</w:t>
      </w:r>
    </w:p>
    <w:p w:rsidR="009C33AD" w:rsidRPr="00E27AC8" w:rsidRDefault="00000000" w:rsidP="00E27AC8">
      <w:pPr>
        <w:pStyle w:val="ListParagraph"/>
        <w:numPr>
          <w:ilvl w:val="0"/>
          <w:numId w:val="11"/>
        </w:numPr>
        <w:spacing w:after="0"/>
        <w:rPr>
          <w:lang w:val="id-ID"/>
        </w:rPr>
      </w:pPr>
      <w:r w:rsidRPr="00E27AC8">
        <w:rPr>
          <w:lang w:val="id-ID"/>
        </w:rPr>
        <w:t>................................................................................................................</w:t>
      </w:r>
    </w:p>
    <w:p w:rsidR="009C33AD" w:rsidRPr="00E27AC8" w:rsidRDefault="00000000" w:rsidP="00E27AC8">
      <w:pPr>
        <w:pStyle w:val="ListParagraph"/>
        <w:numPr>
          <w:ilvl w:val="0"/>
          <w:numId w:val="11"/>
        </w:numPr>
        <w:spacing w:after="0"/>
        <w:rPr>
          <w:lang w:val="id-ID"/>
        </w:rPr>
      </w:pPr>
      <w:r w:rsidRPr="00E27AC8">
        <w:rPr>
          <w:lang w:val="id-ID"/>
        </w:rPr>
        <w:t>................................................................................................................</w:t>
      </w:r>
    </w:p>
    <w:p w:rsidR="009C33AD" w:rsidRPr="00E27AC8" w:rsidRDefault="00000000" w:rsidP="00E27AC8">
      <w:pPr>
        <w:spacing w:after="0"/>
        <w:rPr>
          <w:lang w:val="id-ID"/>
        </w:rPr>
      </w:pPr>
      <w:r w:rsidRPr="00E27AC8">
        <w:rPr>
          <w:lang w:val="id-ID"/>
        </w:rPr>
        <w:t>Sebagai pertimbangan, saya lampirkan:</w:t>
      </w:r>
    </w:p>
    <w:p w:rsidR="009C33AD" w:rsidRPr="00E27AC8" w:rsidRDefault="00000000" w:rsidP="00E27AC8">
      <w:pPr>
        <w:pStyle w:val="ListParagraph"/>
        <w:numPr>
          <w:ilvl w:val="0"/>
          <w:numId w:val="13"/>
        </w:numPr>
        <w:spacing w:after="0"/>
        <w:rPr>
          <w:lang w:val="id-ID"/>
        </w:rPr>
      </w:pPr>
      <w:r w:rsidRPr="00E27AC8">
        <w:rPr>
          <w:lang w:val="id-ID"/>
        </w:rPr>
        <w:t>Bukti alasan mengajukan cuti;</w:t>
      </w:r>
    </w:p>
    <w:p w:rsidR="009C33AD" w:rsidRPr="00E27AC8" w:rsidRDefault="00000000" w:rsidP="00E27AC8">
      <w:pPr>
        <w:pStyle w:val="ListParagraph"/>
        <w:numPr>
          <w:ilvl w:val="0"/>
          <w:numId w:val="13"/>
        </w:numPr>
        <w:spacing w:after="0"/>
        <w:rPr>
          <w:lang w:val="id-ID"/>
        </w:rPr>
      </w:pPr>
      <w:r w:rsidRPr="00E27AC8">
        <w:rPr>
          <w:lang w:val="id-ID"/>
        </w:rPr>
        <w:t>Fotokopi kartu mahasiswa;</w:t>
      </w:r>
    </w:p>
    <w:p w:rsidR="009C33AD" w:rsidRPr="00E27AC8" w:rsidRDefault="00000000" w:rsidP="00E27AC8">
      <w:pPr>
        <w:pStyle w:val="ListParagraph"/>
        <w:numPr>
          <w:ilvl w:val="0"/>
          <w:numId w:val="13"/>
        </w:numPr>
        <w:spacing w:after="0"/>
        <w:rPr>
          <w:lang w:val="id-ID"/>
        </w:rPr>
      </w:pPr>
      <w:r w:rsidRPr="00E27AC8">
        <w:rPr>
          <w:lang w:val="id-ID"/>
        </w:rPr>
        <w:t>Surat bebas pinjaman perpustakaan;</w:t>
      </w:r>
    </w:p>
    <w:p w:rsidR="009C33AD" w:rsidRPr="00E27AC8" w:rsidRDefault="00000000" w:rsidP="00E27AC8">
      <w:pPr>
        <w:pStyle w:val="ListParagraph"/>
        <w:numPr>
          <w:ilvl w:val="0"/>
          <w:numId w:val="13"/>
        </w:numPr>
        <w:spacing w:after="0"/>
        <w:rPr>
          <w:lang w:val="id-ID"/>
        </w:rPr>
      </w:pPr>
      <w:r w:rsidRPr="00E27AC8">
        <w:rPr>
          <w:lang w:val="id-ID"/>
        </w:rPr>
        <w:t>Tanda bukti pembayaran SPP terakhir;</w:t>
      </w:r>
    </w:p>
    <w:p w:rsidR="009C33AD" w:rsidRPr="00E27AC8" w:rsidRDefault="00000000" w:rsidP="00E27AC8">
      <w:pPr>
        <w:pStyle w:val="ListParagraph"/>
        <w:numPr>
          <w:ilvl w:val="0"/>
          <w:numId w:val="13"/>
        </w:numPr>
        <w:spacing w:after="0"/>
        <w:rPr>
          <w:lang w:val="id-ID"/>
        </w:rPr>
      </w:pPr>
      <w:r w:rsidRPr="00E27AC8">
        <w:rPr>
          <w:lang w:val="id-ID"/>
        </w:rPr>
        <w:t>Fotokopi KHS semester 1 sampai dengan KHS semester akhir sebelum cuti akademik;</w:t>
      </w:r>
    </w:p>
    <w:p w:rsidR="009C33AD" w:rsidRPr="00E27AC8" w:rsidRDefault="00000000" w:rsidP="00E27AC8">
      <w:pPr>
        <w:pStyle w:val="ListParagraph"/>
        <w:numPr>
          <w:ilvl w:val="0"/>
          <w:numId w:val="13"/>
        </w:numPr>
        <w:spacing w:after="0"/>
        <w:rPr>
          <w:lang w:val="id-ID"/>
        </w:rPr>
      </w:pPr>
      <w:r w:rsidRPr="00E27AC8">
        <w:rPr>
          <w:lang w:val="id-ID"/>
        </w:rPr>
        <w:t>Tanda bukti pembayaran registrasi cuti.</w:t>
      </w:r>
    </w:p>
    <w:p w:rsidR="00E27AC8" w:rsidRPr="00E27AC8" w:rsidRDefault="00E27AC8" w:rsidP="00E27AC8">
      <w:pPr>
        <w:spacing w:after="0"/>
        <w:rPr>
          <w:lang w:val="id-ID"/>
        </w:rPr>
      </w:pPr>
    </w:p>
    <w:p w:rsidR="009C33AD" w:rsidRPr="00E27AC8" w:rsidRDefault="00000000" w:rsidP="00E27AC8">
      <w:pPr>
        <w:spacing w:after="0"/>
        <w:rPr>
          <w:lang w:val="id-ID"/>
        </w:rPr>
      </w:pPr>
      <w:r w:rsidRPr="00E27AC8">
        <w:rPr>
          <w:lang w:val="id-ID"/>
        </w:rPr>
        <w:t>Atas perhatian Bapak/Ibu, saya ucapkan terima kasih.</w:t>
      </w:r>
    </w:p>
    <w:p w:rsidR="009C33AD" w:rsidRPr="00E27AC8" w:rsidRDefault="009C33AD" w:rsidP="00E27AC8">
      <w:pPr>
        <w:spacing w:after="0"/>
        <w:rPr>
          <w:lang w:val="id-ID"/>
        </w:rPr>
      </w:pPr>
    </w:p>
    <w:tbl>
      <w:tblPr>
        <w:tblW w:w="8788" w:type="dxa"/>
        <w:jc w:val="center"/>
        <w:tblLayout w:type="fixed"/>
        <w:tblLook w:val="04A0" w:firstRow="1" w:lastRow="0" w:firstColumn="1" w:lastColumn="0" w:noHBand="0" w:noVBand="1"/>
      </w:tblPr>
      <w:tblGrid>
        <w:gridCol w:w="5387"/>
        <w:gridCol w:w="3401"/>
      </w:tblGrid>
      <w:tr w:rsidR="009C33AD" w:rsidRPr="00E27AC8" w:rsidTr="00E27AC8">
        <w:trPr>
          <w:jc w:val="center"/>
        </w:trPr>
        <w:tc>
          <w:tcPr>
            <w:tcW w:w="5387" w:type="dxa"/>
          </w:tcPr>
          <w:p w:rsidR="00E27AC8" w:rsidRPr="00E27AC8" w:rsidRDefault="00E27AC8" w:rsidP="00E27AC8">
            <w:pPr>
              <w:spacing w:after="0"/>
            </w:pPr>
            <w:proofErr w:type="spellStart"/>
            <w:r>
              <w:t>Mengetahui</w:t>
            </w:r>
            <w:proofErr w:type="spellEnd"/>
            <w:r>
              <w:t>,</w:t>
            </w:r>
          </w:p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Ketua Program Studi,</w:t>
            </w:r>
          </w:p>
        </w:tc>
        <w:tc>
          <w:tcPr>
            <w:tcW w:w="3401" w:type="dxa"/>
          </w:tcPr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..................., .............................</w:t>
            </w:r>
            <w:r w:rsidRPr="00E27AC8">
              <w:rPr>
                <w:lang w:val="id-ID"/>
              </w:rPr>
              <w:br/>
              <w:t>Pemohon,</w:t>
            </w:r>
          </w:p>
        </w:tc>
      </w:tr>
      <w:tr w:rsidR="009C33AD" w:rsidRPr="00E27AC8" w:rsidTr="00E27AC8">
        <w:trPr>
          <w:jc w:val="center"/>
        </w:trPr>
        <w:tc>
          <w:tcPr>
            <w:tcW w:w="5387" w:type="dxa"/>
          </w:tcPr>
          <w:p w:rsid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br/>
            </w:r>
          </w:p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br/>
            </w:r>
            <w:r w:rsidR="00E27AC8" w:rsidRPr="00E27AC8">
              <w:rPr>
                <w:lang w:val="id-ID"/>
              </w:rPr>
              <w:t xml:space="preserve">M. Dodik Prastiyo, </w:t>
            </w:r>
            <w:proofErr w:type="spellStart"/>
            <w:r w:rsidR="00E27AC8" w:rsidRPr="00E27AC8">
              <w:rPr>
                <w:lang w:val="id-ID"/>
              </w:rPr>
              <w:t>S.Kep</w:t>
            </w:r>
            <w:proofErr w:type="spellEnd"/>
            <w:r w:rsidR="00E27AC8" w:rsidRPr="00E27AC8">
              <w:rPr>
                <w:lang w:val="id-ID"/>
              </w:rPr>
              <w:t xml:space="preserve">., Ns., </w:t>
            </w:r>
            <w:proofErr w:type="spellStart"/>
            <w:r w:rsidR="00E27AC8" w:rsidRPr="00E27AC8">
              <w:rPr>
                <w:lang w:val="id-ID"/>
              </w:rPr>
              <w:t>M.Biomed</w:t>
            </w:r>
            <w:proofErr w:type="spellEnd"/>
            <w:r w:rsidRPr="00E27AC8">
              <w:rPr>
                <w:lang w:val="id-ID"/>
              </w:rPr>
              <w:br/>
            </w:r>
            <w:r w:rsidR="00E27AC8" w:rsidRPr="00E27AC8">
              <w:rPr>
                <w:lang w:val="id-ID"/>
              </w:rPr>
              <w:t>NUPTK. 2253777678130083</w:t>
            </w:r>
          </w:p>
        </w:tc>
        <w:tc>
          <w:tcPr>
            <w:tcW w:w="3401" w:type="dxa"/>
          </w:tcPr>
          <w:p w:rsid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br/>
            </w:r>
            <w:r w:rsidRPr="00E27AC8">
              <w:rPr>
                <w:lang w:val="id-ID"/>
              </w:rPr>
              <w:br/>
            </w:r>
          </w:p>
          <w:p w:rsidR="009C33AD" w:rsidRPr="00E27AC8" w:rsidRDefault="00000000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...................................................</w:t>
            </w:r>
          </w:p>
          <w:p w:rsidR="00E27AC8" w:rsidRPr="00E27AC8" w:rsidRDefault="00E27AC8" w:rsidP="00E27AC8">
            <w:pPr>
              <w:spacing w:after="0"/>
              <w:rPr>
                <w:lang w:val="id-ID"/>
              </w:rPr>
            </w:pPr>
            <w:r w:rsidRPr="00E27AC8">
              <w:rPr>
                <w:lang w:val="id-ID"/>
              </w:rPr>
              <w:t>NIM.</w:t>
            </w:r>
          </w:p>
        </w:tc>
      </w:tr>
      <w:tr w:rsidR="00E27AC8" w:rsidRPr="00E27AC8" w:rsidTr="00E27AC8">
        <w:trPr>
          <w:trHeight w:val="317"/>
          <w:jc w:val="center"/>
        </w:trPr>
        <w:tc>
          <w:tcPr>
            <w:tcW w:w="8788" w:type="dxa"/>
            <w:gridSpan w:val="2"/>
            <w:vMerge w:val="restart"/>
          </w:tcPr>
          <w:p w:rsidR="00E27AC8" w:rsidRPr="00E27AC8" w:rsidRDefault="00E27AC8" w:rsidP="00E27AC8">
            <w:pPr>
              <w:spacing w:after="0"/>
              <w:jc w:val="center"/>
            </w:pPr>
            <w:proofErr w:type="spellStart"/>
            <w:r>
              <w:t>Menyetujui</w:t>
            </w:r>
            <w:proofErr w:type="spellEnd"/>
          </w:p>
          <w:p w:rsidR="00E27AC8" w:rsidRDefault="00E27AC8" w:rsidP="00E27AC8">
            <w:pPr>
              <w:spacing w:after="0"/>
              <w:jc w:val="center"/>
              <w:rPr>
                <w:lang w:val="id-ID"/>
              </w:rPr>
            </w:pPr>
            <w:r>
              <w:t xml:space="preserve">Wakil </w:t>
            </w:r>
            <w:proofErr w:type="spellStart"/>
            <w:r>
              <w:t>Ketua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 xml:space="preserve"> dan </w:t>
            </w:r>
            <w:proofErr w:type="spellStart"/>
            <w:r>
              <w:t>Kemahasiswaan</w:t>
            </w:r>
            <w:proofErr w:type="spellEnd"/>
            <w:r w:rsidRPr="00E27AC8">
              <w:rPr>
                <w:lang w:val="id-ID"/>
              </w:rPr>
              <w:t>,</w:t>
            </w:r>
            <w:r w:rsidRPr="00E27AC8">
              <w:rPr>
                <w:lang w:val="id-ID"/>
              </w:rPr>
              <w:br/>
            </w:r>
            <w:r w:rsidRPr="00E27AC8">
              <w:rPr>
                <w:lang w:val="id-ID"/>
              </w:rPr>
              <w:br/>
            </w:r>
          </w:p>
          <w:p w:rsidR="00E27AC8" w:rsidRPr="00E27AC8" w:rsidRDefault="00E27AC8" w:rsidP="00E27AC8">
            <w:pPr>
              <w:spacing w:after="0"/>
              <w:jc w:val="center"/>
            </w:pPr>
            <w:r w:rsidRPr="00E27AC8">
              <w:rPr>
                <w:lang w:val="id-ID"/>
              </w:rPr>
              <w:br/>
            </w:r>
            <w:proofErr w:type="spellStart"/>
            <w:r>
              <w:t>Papat</w:t>
            </w:r>
            <w:proofErr w:type="spellEnd"/>
            <w:r>
              <w:t xml:space="preserve"> </w:t>
            </w:r>
            <w:proofErr w:type="spellStart"/>
            <w:r>
              <w:t>Patimah</w:t>
            </w:r>
            <w:proofErr w:type="spellEnd"/>
            <w:r>
              <w:t xml:space="preserve">, </w:t>
            </w:r>
            <w:r>
              <w:t xml:space="preserve">Ns., </w:t>
            </w:r>
            <w:proofErr w:type="spellStart"/>
            <w:r>
              <w:t>M.Kep</w:t>
            </w:r>
            <w:proofErr w:type="spellEnd"/>
            <w:r w:rsidRPr="00E27AC8">
              <w:rPr>
                <w:lang w:val="id-ID"/>
              </w:rPr>
              <w:br/>
            </w:r>
            <w:r>
              <w:t xml:space="preserve">NUPTK. </w:t>
            </w:r>
            <w:r w:rsidRPr="00E27AC8">
              <w:t>8742760661231132</w:t>
            </w:r>
          </w:p>
        </w:tc>
      </w:tr>
      <w:tr w:rsidR="00E27AC8" w:rsidRPr="00E27AC8" w:rsidTr="00E27AC8">
        <w:trPr>
          <w:trHeight w:val="317"/>
          <w:jc w:val="center"/>
        </w:trPr>
        <w:tc>
          <w:tcPr>
            <w:tcW w:w="8788" w:type="dxa"/>
            <w:gridSpan w:val="2"/>
            <w:vMerge/>
          </w:tcPr>
          <w:p w:rsidR="00E27AC8" w:rsidRPr="00E27AC8" w:rsidRDefault="00E27AC8" w:rsidP="00E27AC8">
            <w:pPr>
              <w:spacing w:after="0"/>
              <w:jc w:val="center"/>
              <w:rPr>
                <w:lang w:val="id-ID"/>
              </w:rPr>
            </w:pPr>
          </w:p>
        </w:tc>
      </w:tr>
    </w:tbl>
    <w:p w:rsidR="009C33AD" w:rsidRPr="00E27AC8" w:rsidRDefault="00E27AC8" w:rsidP="00E27AC8">
      <w:pPr>
        <w:spacing w:before="160" w:after="0"/>
        <w:rPr>
          <w:lang w:val="id-ID"/>
        </w:rPr>
      </w:pPr>
      <w:r>
        <w:rPr>
          <w:i/>
          <w:sz w:val="18"/>
        </w:rPr>
        <w:t>*</w:t>
      </w:r>
      <w:r w:rsidR="00000000" w:rsidRPr="00E27AC8">
        <w:rPr>
          <w:i/>
          <w:sz w:val="18"/>
          <w:lang w:val="id-ID"/>
        </w:rPr>
        <w:t>Catatan: tabel identitas dapat dihapus/diubah setelah data mahasiswa diisi.</w:t>
      </w:r>
    </w:p>
    <w:sectPr w:rsidR="009C33AD" w:rsidRPr="00E27AC8" w:rsidSect="00E27AC8">
      <w:headerReference w:type="default" r:id="rId8"/>
      <w:pgSz w:w="11904" w:h="16836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17C6" w:rsidRDefault="005E17C6" w:rsidP="00E27AC8">
      <w:pPr>
        <w:spacing w:after="0" w:line="240" w:lineRule="auto"/>
      </w:pPr>
      <w:r>
        <w:separator/>
      </w:r>
    </w:p>
  </w:endnote>
  <w:endnote w:type="continuationSeparator" w:id="0">
    <w:p w:rsidR="005E17C6" w:rsidRDefault="005E17C6" w:rsidP="00E2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17C6" w:rsidRDefault="005E17C6" w:rsidP="00E27AC8">
      <w:pPr>
        <w:spacing w:after="0" w:line="240" w:lineRule="auto"/>
      </w:pPr>
      <w:r>
        <w:separator/>
      </w:r>
    </w:p>
  </w:footnote>
  <w:footnote w:type="continuationSeparator" w:id="0">
    <w:p w:rsidR="005E17C6" w:rsidRDefault="005E17C6" w:rsidP="00E27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27AC8" w:rsidRDefault="00E27AC8">
    <w:pPr>
      <w:pStyle w:val="Header"/>
    </w:pPr>
    <w:r w:rsidRPr="00612241">
      <w:rPr>
        <w:noProof/>
      </w:rPr>
      <w:drawing>
        <wp:inline distT="0" distB="0" distL="0" distR="0" wp14:anchorId="64BB2D45" wp14:editId="7BC49152">
          <wp:extent cx="5759450" cy="920518"/>
          <wp:effectExtent l="0" t="0" r="0" b="0"/>
          <wp:docPr id="1" name="Picture 1" descr="E:\FILM\KOP STIKES PERNU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FILM\KOP STIKES PERNU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20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2852C5"/>
    <w:multiLevelType w:val="hybridMultilevel"/>
    <w:tmpl w:val="45E0F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D2CEA"/>
    <w:multiLevelType w:val="hybridMultilevel"/>
    <w:tmpl w:val="C4E64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F70AF"/>
    <w:multiLevelType w:val="hybridMultilevel"/>
    <w:tmpl w:val="84426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27BCF"/>
    <w:multiLevelType w:val="hybridMultilevel"/>
    <w:tmpl w:val="0A6AC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9947">
    <w:abstractNumId w:val="8"/>
  </w:num>
  <w:num w:numId="2" w16cid:durableId="150488051">
    <w:abstractNumId w:val="6"/>
  </w:num>
  <w:num w:numId="3" w16cid:durableId="417215503">
    <w:abstractNumId w:val="5"/>
  </w:num>
  <w:num w:numId="4" w16cid:durableId="574751402">
    <w:abstractNumId w:val="4"/>
  </w:num>
  <w:num w:numId="5" w16cid:durableId="1030305417">
    <w:abstractNumId w:val="7"/>
  </w:num>
  <w:num w:numId="6" w16cid:durableId="1933390465">
    <w:abstractNumId w:val="3"/>
  </w:num>
  <w:num w:numId="7" w16cid:durableId="587009442">
    <w:abstractNumId w:val="2"/>
  </w:num>
  <w:num w:numId="8" w16cid:durableId="1780417743">
    <w:abstractNumId w:val="1"/>
  </w:num>
  <w:num w:numId="9" w16cid:durableId="782070132">
    <w:abstractNumId w:val="0"/>
  </w:num>
  <w:num w:numId="10" w16cid:durableId="512259634">
    <w:abstractNumId w:val="9"/>
  </w:num>
  <w:num w:numId="11" w16cid:durableId="1582331213">
    <w:abstractNumId w:val="10"/>
  </w:num>
  <w:num w:numId="12" w16cid:durableId="1637636067">
    <w:abstractNumId w:val="11"/>
  </w:num>
  <w:num w:numId="13" w16cid:durableId="16096975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09B9"/>
    <w:rsid w:val="0029639D"/>
    <w:rsid w:val="00326F90"/>
    <w:rsid w:val="004C6E5B"/>
    <w:rsid w:val="005E17C6"/>
    <w:rsid w:val="009C33AD"/>
    <w:rsid w:val="00AA1D8D"/>
    <w:rsid w:val="00B47730"/>
    <w:rsid w:val="00CB0664"/>
    <w:rsid w:val="00E27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7EE26"/>
  <w14:defaultImageDpi w14:val="300"/>
  <w15:docId w15:val="{03B482BF-E940-2747-B4FC-A4B5A91F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Dodi</cp:lastModifiedBy>
  <cp:revision>8</cp:revision>
  <dcterms:created xsi:type="dcterms:W3CDTF">2013-12-23T23:15:00Z</dcterms:created>
  <dcterms:modified xsi:type="dcterms:W3CDTF">2026-08-20T00:01:00Z</dcterms:modified>
  <cp:category/>
</cp:coreProperties>
</file>